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7CD0" w14:textId="77777777" w:rsidR="00463889" w:rsidRDefault="00291B72">
      <w:pPr>
        <w:jc w:val="center"/>
        <w:rPr>
          <w:lang w:eastAsia="ja-JP"/>
        </w:rPr>
      </w:pPr>
      <w:r>
        <w:rPr>
          <w:b/>
          <w:sz w:val="32"/>
          <w:lang w:eastAsia="ja-JP"/>
        </w:rPr>
        <w:t>備前市地域おこし協力隊　企画提案書</w:t>
      </w:r>
    </w:p>
    <w:p w14:paraId="71C32601" w14:textId="77777777" w:rsidR="00463889" w:rsidRDefault="00291B72" w:rsidP="00396881">
      <w:pPr>
        <w:ind w:right="840" w:firstLineChars="2800" w:firstLine="5880"/>
      </w:pPr>
      <w:proofErr w:type="spellStart"/>
      <w:r>
        <w:t>氏名</w:t>
      </w:r>
      <w:proofErr w:type="spellEnd"/>
      <w:r>
        <w:t xml:space="preserve">：　　　　　　　　　　　　　　　　</w:t>
      </w:r>
    </w:p>
    <w:p w14:paraId="6695EA86" w14:textId="77777777" w:rsidR="00463889" w:rsidRDefault="00291B72">
      <w:pPr>
        <w:rPr>
          <w:lang w:eastAsia="ja-JP"/>
        </w:rPr>
      </w:pPr>
      <w:r>
        <w:rPr>
          <w:b/>
          <w:lang w:eastAsia="ja-JP"/>
        </w:rPr>
        <w:t>【提案テーマ】</w:t>
      </w:r>
    </w:p>
    <w:p w14:paraId="205301C1" w14:textId="77777777" w:rsidR="00463889" w:rsidRDefault="00291B72">
      <w:pPr>
        <w:rPr>
          <w:lang w:eastAsia="ja-JP"/>
        </w:rPr>
      </w:pPr>
      <w:r>
        <w:rPr>
          <w:lang w:eastAsia="ja-JP"/>
        </w:rPr>
        <w:t>備前市の地域資源を活用した地域おこし・観光振興について</w:t>
      </w:r>
    </w:p>
    <w:p w14:paraId="2B77123F" w14:textId="77777777" w:rsidR="00463889" w:rsidRDefault="00291B72">
      <w:pPr>
        <w:rPr>
          <w:lang w:eastAsia="ja-JP"/>
        </w:rPr>
      </w:pPr>
      <w:r>
        <w:rPr>
          <w:b/>
          <w:lang w:eastAsia="ja-JP"/>
        </w:rPr>
        <w:t>次の地域資源の中から、活用したいものを</w:t>
      </w:r>
      <w:r>
        <w:rPr>
          <w:b/>
          <w:lang w:eastAsia="ja-JP"/>
        </w:rPr>
        <w:t>1</w:t>
      </w:r>
      <w:r>
        <w:rPr>
          <w:b/>
          <w:lang w:eastAsia="ja-JP"/>
        </w:rPr>
        <w:t>つ以上選択し（複数可）、具体的な企画を提案してください。</w:t>
      </w:r>
    </w:p>
    <w:p w14:paraId="1203B928" w14:textId="77777777" w:rsidR="00463889" w:rsidRDefault="00291B72">
      <w:pPr>
        <w:rPr>
          <w:lang w:eastAsia="ja-JP"/>
        </w:rPr>
      </w:pPr>
      <w:r>
        <w:rPr>
          <w:lang w:eastAsia="ja-JP"/>
        </w:rPr>
        <w:t xml:space="preserve">□ </w:t>
      </w:r>
      <w:r>
        <w:rPr>
          <w:lang w:eastAsia="ja-JP"/>
        </w:rPr>
        <w:t>吉永地域：八塔寺地区の歴史的農村景観等</w:t>
      </w:r>
    </w:p>
    <w:p w14:paraId="33E2E4D6" w14:textId="77777777" w:rsidR="00463889" w:rsidRDefault="00291B72">
      <w:pPr>
        <w:rPr>
          <w:lang w:eastAsia="ja-JP"/>
        </w:rPr>
      </w:pPr>
      <w:r>
        <w:rPr>
          <w:lang w:eastAsia="ja-JP"/>
        </w:rPr>
        <w:t xml:space="preserve">□ </w:t>
      </w:r>
      <w:r>
        <w:rPr>
          <w:lang w:eastAsia="ja-JP"/>
        </w:rPr>
        <w:t>日生地域：大多府をはじめとする日本遺産「北前船寄港地・船主集落」等</w:t>
      </w:r>
    </w:p>
    <w:p w14:paraId="2271AD27" w14:textId="77777777" w:rsidR="00463889" w:rsidRDefault="00291B72">
      <w:r>
        <w:t xml:space="preserve">□ </w:t>
      </w:r>
      <w:proofErr w:type="spellStart"/>
      <w:r>
        <w:t>備前地域：伝統工芸「備前焼</w:t>
      </w:r>
      <w:proofErr w:type="spellEnd"/>
      <w:r>
        <w:t>」、</w:t>
      </w:r>
      <w:proofErr w:type="spellStart"/>
      <w:r>
        <w:t>特別史跡旧閑谷学校等</w:t>
      </w:r>
      <w:proofErr w:type="spellEnd"/>
    </w:p>
    <w:p w14:paraId="7E0C689D" w14:textId="77777777" w:rsidR="00463889" w:rsidRDefault="00291B72">
      <w:pPr>
        <w:rPr>
          <w:lang w:eastAsia="ja-JP"/>
        </w:rPr>
      </w:pPr>
      <w:r>
        <w:rPr>
          <w:lang w:eastAsia="ja-JP"/>
        </w:rPr>
        <w:t xml:space="preserve">□ </w:t>
      </w:r>
      <w:r>
        <w:rPr>
          <w:lang w:eastAsia="ja-JP"/>
        </w:rPr>
        <w:t>その他：地域ならではの食文化や発酵文化、観光船「備前丸」、古墳・神社・城跡等の歴史文化資源、聖地巡礼など、応募者自身が着目する備前市ならではの地域資源</w:t>
      </w:r>
    </w:p>
    <w:p w14:paraId="3D1638C2" w14:textId="77777777" w:rsidR="00463889" w:rsidRDefault="00291B72" w:rsidP="00396881">
      <w:pPr>
        <w:spacing w:after="0"/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複数の地域資源を組み合わせた提案も可能です。</w:t>
      </w:r>
    </w:p>
    <w:p w14:paraId="188C4FB5" w14:textId="77777777" w:rsidR="00463889" w:rsidRDefault="00291B72">
      <w:pPr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実現可能性だけでなく、応募者自身の経験・得意分野・発想を生かした提案を期待します。</w:t>
      </w:r>
    </w:p>
    <w:p w14:paraId="59DA9570" w14:textId="77777777" w:rsidR="00463889" w:rsidRDefault="00291B72">
      <w:pPr>
        <w:rPr>
          <w:lang w:eastAsia="ja-JP"/>
        </w:rPr>
      </w:pPr>
      <w:r>
        <w:rPr>
          <w:b/>
          <w:sz w:val="22"/>
          <w:lang w:eastAsia="ja-JP"/>
        </w:rPr>
        <w:t>1</w:t>
      </w:r>
      <w:r>
        <w:rPr>
          <w:b/>
          <w:sz w:val="22"/>
          <w:lang w:eastAsia="ja-JP"/>
        </w:rPr>
        <w:t xml:space="preserve">　活用したい地域資源・選定理由</w:t>
      </w:r>
      <w:r>
        <w:rPr>
          <w:lang w:eastAsia="ja-JP"/>
        </w:rPr>
        <w:br/>
      </w:r>
      <w:r>
        <w:rPr>
          <w:lang w:eastAsia="ja-JP"/>
        </w:rPr>
        <w:t>活用したい地域資源と、その資源に着目した理由を記載してください。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972"/>
      </w:tblGrid>
      <w:tr w:rsidR="00463889" w14:paraId="765C7800" w14:textId="77777777">
        <w:trPr>
          <w:trHeight w:val="567"/>
        </w:trPr>
        <w:tc>
          <w:tcPr>
            <w:tcW w:w="9972" w:type="dxa"/>
          </w:tcPr>
          <w:p w14:paraId="31A3DCDA" w14:textId="77777777" w:rsidR="00291B72" w:rsidRDefault="00291B72">
            <w:pPr>
              <w:rPr>
                <w:rFonts w:hint="eastAsia"/>
                <w:lang w:eastAsia="ja-JP"/>
              </w:rPr>
            </w:pPr>
          </w:p>
        </w:tc>
      </w:tr>
      <w:tr w:rsidR="00463889" w14:paraId="162869DA" w14:textId="77777777">
        <w:trPr>
          <w:trHeight w:val="567"/>
        </w:trPr>
        <w:tc>
          <w:tcPr>
            <w:tcW w:w="9972" w:type="dxa"/>
          </w:tcPr>
          <w:p w14:paraId="54748BEA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479BDD41" w14:textId="77777777">
        <w:trPr>
          <w:trHeight w:val="567"/>
        </w:trPr>
        <w:tc>
          <w:tcPr>
            <w:tcW w:w="9972" w:type="dxa"/>
          </w:tcPr>
          <w:p w14:paraId="27717B81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798907DB" w14:textId="77777777">
        <w:trPr>
          <w:trHeight w:val="567"/>
        </w:trPr>
        <w:tc>
          <w:tcPr>
            <w:tcW w:w="9972" w:type="dxa"/>
          </w:tcPr>
          <w:p w14:paraId="4183D4D7" w14:textId="77777777" w:rsidR="00463889" w:rsidRDefault="00463889">
            <w:pPr>
              <w:rPr>
                <w:lang w:eastAsia="ja-JP"/>
              </w:rPr>
            </w:pPr>
          </w:p>
        </w:tc>
      </w:tr>
      <w:tr w:rsidR="00291B72" w14:paraId="12F16FFB" w14:textId="77777777">
        <w:trPr>
          <w:trHeight w:val="567"/>
        </w:trPr>
        <w:tc>
          <w:tcPr>
            <w:tcW w:w="9972" w:type="dxa"/>
          </w:tcPr>
          <w:p w14:paraId="7C639253" w14:textId="77777777" w:rsidR="00291B72" w:rsidRDefault="00291B72">
            <w:pPr>
              <w:rPr>
                <w:lang w:eastAsia="ja-JP"/>
              </w:rPr>
            </w:pPr>
          </w:p>
        </w:tc>
      </w:tr>
      <w:tr w:rsidR="00291B72" w14:paraId="161CF222" w14:textId="77777777">
        <w:trPr>
          <w:trHeight w:val="567"/>
        </w:trPr>
        <w:tc>
          <w:tcPr>
            <w:tcW w:w="9972" w:type="dxa"/>
          </w:tcPr>
          <w:p w14:paraId="6493D345" w14:textId="77777777" w:rsidR="00291B72" w:rsidRDefault="00291B72">
            <w:pPr>
              <w:rPr>
                <w:lang w:eastAsia="ja-JP"/>
              </w:rPr>
            </w:pPr>
          </w:p>
        </w:tc>
      </w:tr>
      <w:tr w:rsidR="00291B72" w14:paraId="23F85A2D" w14:textId="77777777">
        <w:trPr>
          <w:trHeight w:val="567"/>
        </w:trPr>
        <w:tc>
          <w:tcPr>
            <w:tcW w:w="9972" w:type="dxa"/>
          </w:tcPr>
          <w:p w14:paraId="603D1FC3" w14:textId="77777777" w:rsidR="00291B72" w:rsidRDefault="00291B72">
            <w:pPr>
              <w:rPr>
                <w:lang w:eastAsia="ja-JP"/>
              </w:rPr>
            </w:pPr>
          </w:p>
        </w:tc>
      </w:tr>
      <w:tr w:rsidR="00291B72" w14:paraId="1943A42B" w14:textId="77777777">
        <w:trPr>
          <w:trHeight w:val="567"/>
        </w:trPr>
        <w:tc>
          <w:tcPr>
            <w:tcW w:w="9972" w:type="dxa"/>
          </w:tcPr>
          <w:p w14:paraId="166419EF" w14:textId="77777777" w:rsidR="00291B72" w:rsidRDefault="00291B72">
            <w:pPr>
              <w:rPr>
                <w:lang w:eastAsia="ja-JP"/>
              </w:rPr>
            </w:pPr>
          </w:p>
        </w:tc>
      </w:tr>
    </w:tbl>
    <w:p w14:paraId="18FF4EE7" w14:textId="77777777" w:rsidR="00463889" w:rsidRDefault="00463889">
      <w:pPr>
        <w:spacing w:after="0"/>
        <w:rPr>
          <w:lang w:eastAsia="ja-JP"/>
        </w:rPr>
      </w:pPr>
    </w:p>
    <w:p w14:paraId="1582AE97" w14:textId="77777777" w:rsidR="00463889" w:rsidRDefault="00291B72">
      <w:pPr>
        <w:rPr>
          <w:lang w:eastAsia="ja-JP"/>
        </w:rPr>
      </w:pPr>
      <w:r>
        <w:rPr>
          <w:b/>
          <w:sz w:val="22"/>
          <w:lang w:eastAsia="ja-JP"/>
        </w:rPr>
        <w:t>2</w:t>
      </w:r>
      <w:r>
        <w:rPr>
          <w:b/>
          <w:sz w:val="22"/>
          <w:lang w:eastAsia="ja-JP"/>
        </w:rPr>
        <w:t xml:space="preserve">　企画の内容</w:t>
      </w:r>
      <w:r>
        <w:rPr>
          <w:lang w:eastAsia="ja-JP"/>
        </w:rPr>
        <w:br/>
      </w:r>
      <w:r>
        <w:rPr>
          <w:lang w:eastAsia="ja-JP"/>
        </w:rPr>
        <w:t>「誰に」「何を」「どのように届けるか」が分かるよう、実施したい取組を具体的に記載してください。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972"/>
      </w:tblGrid>
      <w:tr w:rsidR="00463889" w14:paraId="66C241AD" w14:textId="77777777">
        <w:trPr>
          <w:trHeight w:val="567"/>
        </w:trPr>
        <w:tc>
          <w:tcPr>
            <w:tcW w:w="9972" w:type="dxa"/>
          </w:tcPr>
          <w:p w14:paraId="517092F2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54C95E94" w14:textId="77777777">
        <w:trPr>
          <w:trHeight w:val="567"/>
        </w:trPr>
        <w:tc>
          <w:tcPr>
            <w:tcW w:w="9972" w:type="dxa"/>
          </w:tcPr>
          <w:p w14:paraId="455E7C0A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08D87FF1" w14:textId="77777777">
        <w:trPr>
          <w:trHeight w:val="567"/>
        </w:trPr>
        <w:tc>
          <w:tcPr>
            <w:tcW w:w="9972" w:type="dxa"/>
          </w:tcPr>
          <w:p w14:paraId="4C3E3087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42666F89" w14:textId="77777777">
        <w:trPr>
          <w:trHeight w:val="567"/>
        </w:trPr>
        <w:tc>
          <w:tcPr>
            <w:tcW w:w="9972" w:type="dxa"/>
          </w:tcPr>
          <w:p w14:paraId="74B0EC4E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7E5B12B8" w14:textId="77777777">
        <w:trPr>
          <w:trHeight w:val="567"/>
        </w:trPr>
        <w:tc>
          <w:tcPr>
            <w:tcW w:w="9972" w:type="dxa"/>
          </w:tcPr>
          <w:p w14:paraId="6ED1B6B4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5E522824" w14:textId="77777777">
        <w:trPr>
          <w:trHeight w:val="567"/>
        </w:trPr>
        <w:tc>
          <w:tcPr>
            <w:tcW w:w="9972" w:type="dxa"/>
          </w:tcPr>
          <w:p w14:paraId="06EA1C73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3439151B" w14:textId="77777777">
        <w:trPr>
          <w:trHeight w:val="567"/>
        </w:trPr>
        <w:tc>
          <w:tcPr>
            <w:tcW w:w="9972" w:type="dxa"/>
          </w:tcPr>
          <w:p w14:paraId="10DAC80B" w14:textId="77777777" w:rsidR="00463889" w:rsidRDefault="00463889">
            <w:pPr>
              <w:rPr>
                <w:lang w:eastAsia="ja-JP"/>
              </w:rPr>
            </w:pPr>
          </w:p>
        </w:tc>
      </w:tr>
    </w:tbl>
    <w:p w14:paraId="0CEB6EC0" w14:textId="77777777" w:rsidR="00463889" w:rsidRDefault="00463889">
      <w:pPr>
        <w:spacing w:after="0"/>
        <w:rPr>
          <w:lang w:eastAsia="ja-JP"/>
        </w:rPr>
      </w:pPr>
    </w:p>
    <w:p w14:paraId="3F04693B" w14:textId="77777777" w:rsidR="00463889" w:rsidRDefault="00291B72">
      <w:pPr>
        <w:rPr>
          <w:lang w:eastAsia="ja-JP"/>
        </w:rPr>
      </w:pPr>
      <w:r>
        <w:rPr>
          <w:b/>
          <w:sz w:val="22"/>
          <w:lang w:eastAsia="ja-JP"/>
        </w:rPr>
        <w:t>3</w:t>
      </w:r>
      <w:r>
        <w:rPr>
          <w:b/>
          <w:sz w:val="22"/>
          <w:lang w:eastAsia="ja-JP"/>
        </w:rPr>
        <w:t xml:space="preserve">　地域との連携方法</w:t>
      </w:r>
      <w:r>
        <w:rPr>
          <w:lang w:eastAsia="ja-JP"/>
        </w:rPr>
        <w:br/>
      </w:r>
      <w:r>
        <w:rPr>
          <w:lang w:eastAsia="ja-JP"/>
        </w:rPr>
        <w:t>地域住民、事業者、団体等とどのように関わり、連携して取り組みたいか記載してください。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972"/>
      </w:tblGrid>
      <w:tr w:rsidR="00463889" w14:paraId="3EB29C29" w14:textId="77777777">
        <w:trPr>
          <w:trHeight w:val="567"/>
        </w:trPr>
        <w:tc>
          <w:tcPr>
            <w:tcW w:w="9972" w:type="dxa"/>
          </w:tcPr>
          <w:p w14:paraId="2745E017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3DB02588" w14:textId="77777777">
        <w:trPr>
          <w:trHeight w:val="567"/>
        </w:trPr>
        <w:tc>
          <w:tcPr>
            <w:tcW w:w="9972" w:type="dxa"/>
          </w:tcPr>
          <w:p w14:paraId="651DA782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7846F88D" w14:textId="77777777">
        <w:trPr>
          <w:trHeight w:val="567"/>
        </w:trPr>
        <w:tc>
          <w:tcPr>
            <w:tcW w:w="9972" w:type="dxa"/>
          </w:tcPr>
          <w:p w14:paraId="299C9D30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61CFD813" w14:textId="77777777">
        <w:trPr>
          <w:trHeight w:val="567"/>
        </w:trPr>
        <w:tc>
          <w:tcPr>
            <w:tcW w:w="9972" w:type="dxa"/>
          </w:tcPr>
          <w:p w14:paraId="55BA2950" w14:textId="77777777" w:rsidR="00463889" w:rsidRDefault="00463889">
            <w:pPr>
              <w:rPr>
                <w:lang w:eastAsia="ja-JP"/>
              </w:rPr>
            </w:pPr>
          </w:p>
        </w:tc>
      </w:tr>
    </w:tbl>
    <w:p w14:paraId="7DA12DF6" w14:textId="77777777" w:rsidR="00463889" w:rsidRDefault="00463889">
      <w:pPr>
        <w:spacing w:after="0"/>
        <w:rPr>
          <w:lang w:eastAsia="ja-JP"/>
        </w:rPr>
      </w:pPr>
    </w:p>
    <w:p w14:paraId="2B6D2723" w14:textId="77777777" w:rsidR="00463889" w:rsidRDefault="00291B72">
      <w:pPr>
        <w:rPr>
          <w:lang w:eastAsia="ja-JP"/>
        </w:rPr>
      </w:pPr>
      <w:r>
        <w:rPr>
          <w:b/>
          <w:sz w:val="22"/>
          <w:lang w:eastAsia="ja-JP"/>
        </w:rPr>
        <w:t>4</w:t>
      </w:r>
      <w:r>
        <w:rPr>
          <w:b/>
          <w:sz w:val="22"/>
          <w:lang w:eastAsia="ja-JP"/>
        </w:rPr>
        <w:t xml:space="preserve">　情報発信・プロモーション方法</w:t>
      </w:r>
      <w:r>
        <w:rPr>
          <w:lang w:eastAsia="ja-JP"/>
        </w:rPr>
        <w:br/>
        <w:t>SNS</w:t>
      </w:r>
      <w:r>
        <w:rPr>
          <w:lang w:eastAsia="ja-JP"/>
        </w:rPr>
        <w:t>、写真・動画、イベント、メディア等をどのように活用して発信するか記載してください。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972"/>
      </w:tblGrid>
      <w:tr w:rsidR="00463889" w14:paraId="6425D9E6" w14:textId="77777777">
        <w:trPr>
          <w:trHeight w:val="567"/>
        </w:trPr>
        <w:tc>
          <w:tcPr>
            <w:tcW w:w="9972" w:type="dxa"/>
          </w:tcPr>
          <w:p w14:paraId="15832B6E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7E919C14" w14:textId="77777777">
        <w:trPr>
          <w:trHeight w:val="567"/>
        </w:trPr>
        <w:tc>
          <w:tcPr>
            <w:tcW w:w="9972" w:type="dxa"/>
          </w:tcPr>
          <w:p w14:paraId="1B253C93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15619FAB" w14:textId="77777777">
        <w:trPr>
          <w:trHeight w:val="567"/>
        </w:trPr>
        <w:tc>
          <w:tcPr>
            <w:tcW w:w="9972" w:type="dxa"/>
          </w:tcPr>
          <w:p w14:paraId="331DB2D0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291C72B5" w14:textId="77777777">
        <w:trPr>
          <w:trHeight w:val="567"/>
        </w:trPr>
        <w:tc>
          <w:tcPr>
            <w:tcW w:w="9972" w:type="dxa"/>
          </w:tcPr>
          <w:p w14:paraId="5D372F3F" w14:textId="77777777" w:rsidR="00463889" w:rsidRDefault="00463889">
            <w:pPr>
              <w:rPr>
                <w:lang w:eastAsia="ja-JP"/>
              </w:rPr>
            </w:pPr>
          </w:p>
        </w:tc>
      </w:tr>
    </w:tbl>
    <w:p w14:paraId="43695608" w14:textId="77777777" w:rsidR="00463889" w:rsidRDefault="00463889">
      <w:pPr>
        <w:spacing w:after="0"/>
        <w:rPr>
          <w:lang w:eastAsia="ja-JP"/>
        </w:rPr>
      </w:pPr>
    </w:p>
    <w:p w14:paraId="3B16474D" w14:textId="77777777" w:rsidR="00463889" w:rsidRDefault="00291B72">
      <w:pPr>
        <w:rPr>
          <w:lang w:eastAsia="ja-JP"/>
        </w:rPr>
      </w:pPr>
      <w:r>
        <w:rPr>
          <w:b/>
          <w:sz w:val="22"/>
          <w:lang w:eastAsia="ja-JP"/>
        </w:rPr>
        <w:t>5</w:t>
      </w:r>
      <w:r>
        <w:rPr>
          <w:b/>
          <w:sz w:val="22"/>
          <w:lang w:eastAsia="ja-JP"/>
        </w:rPr>
        <w:t xml:space="preserve">　期待される効果・将来展開</w:t>
      </w:r>
      <w:r>
        <w:rPr>
          <w:lang w:eastAsia="ja-JP"/>
        </w:rPr>
        <w:br/>
      </w:r>
      <w:r>
        <w:rPr>
          <w:lang w:eastAsia="ja-JP"/>
        </w:rPr>
        <w:t>交流人口・観光客の増加、地域の認知度向上、地域経済への波及、継続的な取組への発展など、期待する効果を記載してください。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972"/>
      </w:tblGrid>
      <w:tr w:rsidR="00463889" w14:paraId="5E5E38DE" w14:textId="77777777">
        <w:trPr>
          <w:trHeight w:val="567"/>
        </w:trPr>
        <w:tc>
          <w:tcPr>
            <w:tcW w:w="9972" w:type="dxa"/>
          </w:tcPr>
          <w:p w14:paraId="60BA1902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44137AA8" w14:textId="77777777">
        <w:trPr>
          <w:trHeight w:val="567"/>
        </w:trPr>
        <w:tc>
          <w:tcPr>
            <w:tcW w:w="9972" w:type="dxa"/>
          </w:tcPr>
          <w:p w14:paraId="5FB88000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793BFDCA" w14:textId="77777777">
        <w:trPr>
          <w:trHeight w:val="567"/>
        </w:trPr>
        <w:tc>
          <w:tcPr>
            <w:tcW w:w="9972" w:type="dxa"/>
          </w:tcPr>
          <w:p w14:paraId="3A556622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22D6A3FF" w14:textId="77777777">
        <w:trPr>
          <w:trHeight w:val="567"/>
        </w:trPr>
        <w:tc>
          <w:tcPr>
            <w:tcW w:w="9972" w:type="dxa"/>
          </w:tcPr>
          <w:p w14:paraId="0D842D9D" w14:textId="77777777" w:rsidR="00463889" w:rsidRDefault="00463889">
            <w:pPr>
              <w:rPr>
                <w:lang w:eastAsia="ja-JP"/>
              </w:rPr>
            </w:pPr>
          </w:p>
        </w:tc>
      </w:tr>
      <w:tr w:rsidR="00291B72" w14:paraId="78F3CF81" w14:textId="77777777">
        <w:trPr>
          <w:trHeight w:val="567"/>
        </w:trPr>
        <w:tc>
          <w:tcPr>
            <w:tcW w:w="9972" w:type="dxa"/>
          </w:tcPr>
          <w:p w14:paraId="6B6ABD7A" w14:textId="77777777" w:rsidR="00291B72" w:rsidRDefault="00291B72">
            <w:pPr>
              <w:rPr>
                <w:lang w:eastAsia="ja-JP"/>
              </w:rPr>
            </w:pPr>
          </w:p>
        </w:tc>
      </w:tr>
      <w:tr w:rsidR="00291B72" w14:paraId="3B84C611" w14:textId="77777777">
        <w:trPr>
          <w:trHeight w:val="567"/>
        </w:trPr>
        <w:tc>
          <w:tcPr>
            <w:tcW w:w="9972" w:type="dxa"/>
          </w:tcPr>
          <w:p w14:paraId="16399E90" w14:textId="77777777" w:rsidR="00291B72" w:rsidRDefault="00291B72">
            <w:pPr>
              <w:rPr>
                <w:lang w:eastAsia="ja-JP"/>
              </w:rPr>
            </w:pPr>
          </w:p>
        </w:tc>
      </w:tr>
    </w:tbl>
    <w:p w14:paraId="1F5E3DD0" w14:textId="77777777" w:rsidR="00463889" w:rsidRDefault="00463889">
      <w:pPr>
        <w:spacing w:after="0"/>
        <w:rPr>
          <w:lang w:eastAsia="ja-JP"/>
        </w:rPr>
      </w:pPr>
    </w:p>
    <w:p w14:paraId="7D7615AC" w14:textId="77777777" w:rsidR="00463889" w:rsidRDefault="00291B72">
      <w:pPr>
        <w:rPr>
          <w:lang w:eastAsia="ja-JP"/>
        </w:rPr>
      </w:pPr>
      <w:r>
        <w:rPr>
          <w:b/>
          <w:sz w:val="22"/>
          <w:lang w:eastAsia="ja-JP"/>
        </w:rPr>
        <w:t>6</w:t>
      </w:r>
      <w:r>
        <w:rPr>
          <w:b/>
          <w:sz w:val="22"/>
          <w:lang w:eastAsia="ja-JP"/>
        </w:rPr>
        <w:t xml:space="preserve">　自身の経験・スキルをどのように生かすか</w:t>
      </w:r>
      <w:r>
        <w:rPr>
          <w:lang w:eastAsia="ja-JP"/>
        </w:rPr>
        <w:br/>
      </w:r>
      <w:r>
        <w:rPr>
          <w:lang w:eastAsia="ja-JP"/>
        </w:rPr>
        <w:t>これまでの経験、得意分野、資格、</w:t>
      </w:r>
      <w:r>
        <w:rPr>
          <w:lang w:eastAsia="ja-JP"/>
        </w:rPr>
        <w:t>SNS</w:t>
      </w:r>
      <w:r>
        <w:rPr>
          <w:lang w:eastAsia="ja-JP"/>
        </w:rPr>
        <w:t>・デザイン・動画制作等のスキルなど、本企画に生かせることを記載してください。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972"/>
      </w:tblGrid>
      <w:tr w:rsidR="00463889" w14:paraId="12F586D4" w14:textId="77777777">
        <w:trPr>
          <w:trHeight w:val="567"/>
        </w:trPr>
        <w:tc>
          <w:tcPr>
            <w:tcW w:w="9972" w:type="dxa"/>
          </w:tcPr>
          <w:p w14:paraId="362A61C5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37860205" w14:textId="77777777">
        <w:trPr>
          <w:trHeight w:val="567"/>
        </w:trPr>
        <w:tc>
          <w:tcPr>
            <w:tcW w:w="9972" w:type="dxa"/>
          </w:tcPr>
          <w:p w14:paraId="704238B2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78D76D33" w14:textId="77777777">
        <w:trPr>
          <w:trHeight w:val="567"/>
        </w:trPr>
        <w:tc>
          <w:tcPr>
            <w:tcW w:w="9972" w:type="dxa"/>
          </w:tcPr>
          <w:p w14:paraId="2B084F50" w14:textId="77777777" w:rsidR="00463889" w:rsidRDefault="00463889">
            <w:pPr>
              <w:rPr>
                <w:lang w:eastAsia="ja-JP"/>
              </w:rPr>
            </w:pPr>
          </w:p>
        </w:tc>
      </w:tr>
      <w:tr w:rsidR="00463889" w14:paraId="42DFF232" w14:textId="77777777">
        <w:trPr>
          <w:trHeight w:val="567"/>
        </w:trPr>
        <w:tc>
          <w:tcPr>
            <w:tcW w:w="9972" w:type="dxa"/>
          </w:tcPr>
          <w:p w14:paraId="7B85461E" w14:textId="77777777" w:rsidR="00463889" w:rsidRDefault="00463889">
            <w:pPr>
              <w:rPr>
                <w:lang w:eastAsia="ja-JP"/>
              </w:rPr>
            </w:pPr>
          </w:p>
        </w:tc>
      </w:tr>
      <w:tr w:rsidR="00291B72" w14:paraId="3606B0EC" w14:textId="77777777">
        <w:trPr>
          <w:trHeight w:val="567"/>
        </w:trPr>
        <w:tc>
          <w:tcPr>
            <w:tcW w:w="9972" w:type="dxa"/>
          </w:tcPr>
          <w:p w14:paraId="26CA32AC" w14:textId="77777777" w:rsidR="00291B72" w:rsidRDefault="00291B72">
            <w:pPr>
              <w:rPr>
                <w:lang w:eastAsia="ja-JP"/>
              </w:rPr>
            </w:pPr>
          </w:p>
        </w:tc>
      </w:tr>
      <w:tr w:rsidR="00291B72" w14:paraId="7ABAD27B" w14:textId="77777777">
        <w:trPr>
          <w:trHeight w:val="567"/>
        </w:trPr>
        <w:tc>
          <w:tcPr>
            <w:tcW w:w="9972" w:type="dxa"/>
          </w:tcPr>
          <w:p w14:paraId="5037761B" w14:textId="77777777" w:rsidR="00291B72" w:rsidRDefault="00291B72">
            <w:pPr>
              <w:rPr>
                <w:lang w:eastAsia="ja-JP"/>
              </w:rPr>
            </w:pPr>
          </w:p>
        </w:tc>
      </w:tr>
    </w:tbl>
    <w:p w14:paraId="245B4766" w14:textId="77777777" w:rsidR="00463889" w:rsidRDefault="00463889">
      <w:pPr>
        <w:spacing w:after="0"/>
        <w:rPr>
          <w:lang w:eastAsia="ja-JP"/>
        </w:rPr>
      </w:pPr>
    </w:p>
    <w:p w14:paraId="5CCEE8B9" w14:textId="77777777" w:rsidR="00463889" w:rsidRDefault="00291B72">
      <w:pPr>
        <w:rPr>
          <w:lang w:eastAsia="ja-JP"/>
        </w:rPr>
      </w:pPr>
      <w:r>
        <w:rPr>
          <w:b/>
          <w:lang w:eastAsia="ja-JP"/>
        </w:rPr>
        <w:t>【作成上の注意】</w:t>
      </w:r>
    </w:p>
    <w:p w14:paraId="08C2E4CA" w14:textId="77777777" w:rsidR="00463889" w:rsidRDefault="00291B72">
      <w:pPr>
        <w:rPr>
          <w:lang w:eastAsia="ja-JP"/>
        </w:rPr>
      </w:pPr>
      <w:r>
        <w:rPr>
          <w:lang w:eastAsia="ja-JP"/>
        </w:rPr>
        <w:t>・本様式を使用し、</w:t>
      </w:r>
      <w:r>
        <w:rPr>
          <w:lang w:eastAsia="ja-JP"/>
        </w:rPr>
        <w:t>A4</w:t>
      </w:r>
      <w:r>
        <w:rPr>
          <w:lang w:eastAsia="ja-JP"/>
        </w:rPr>
        <w:t>判で作成してください。</w:t>
      </w:r>
    </w:p>
    <w:p w14:paraId="37CFDC38" w14:textId="77777777" w:rsidR="00463889" w:rsidRDefault="00291B72">
      <w:pPr>
        <w:rPr>
          <w:lang w:eastAsia="ja-JP"/>
        </w:rPr>
      </w:pPr>
      <w:r>
        <w:rPr>
          <w:lang w:eastAsia="ja-JP"/>
        </w:rPr>
        <w:t>・必要に応じて欄を拡張し、写真、図、イラスト等を使用しても構いません。</w:t>
      </w:r>
    </w:p>
    <w:p w14:paraId="3C402B15" w14:textId="77777777" w:rsidR="00463889" w:rsidRDefault="00291B72">
      <w:pPr>
        <w:rPr>
          <w:lang w:eastAsia="ja-JP"/>
        </w:rPr>
      </w:pPr>
      <w:r>
        <w:rPr>
          <w:lang w:eastAsia="ja-JP"/>
        </w:rPr>
        <w:t>・提案は複数可能です。複数提案する場合は、提案ごとに本様式を作成してください。</w:t>
      </w:r>
    </w:p>
    <w:p w14:paraId="04C19D33" w14:textId="77777777" w:rsidR="00463889" w:rsidRDefault="00291B72">
      <w:pPr>
        <w:rPr>
          <w:lang w:eastAsia="ja-JP"/>
        </w:rPr>
      </w:pPr>
      <w:r>
        <w:rPr>
          <w:lang w:eastAsia="ja-JP"/>
        </w:rPr>
        <w:t>・企画内容は、採用後に市や地域関係者との協議により変更・調整する場合があります。</w:t>
      </w:r>
    </w:p>
    <w:sectPr w:rsidR="00463889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7175737">
    <w:abstractNumId w:val="8"/>
  </w:num>
  <w:num w:numId="2" w16cid:durableId="658463941">
    <w:abstractNumId w:val="6"/>
  </w:num>
  <w:num w:numId="3" w16cid:durableId="426077644">
    <w:abstractNumId w:val="5"/>
  </w:num>
  <w:num w:numId="4" w16cid:durableId="460616336">
    <w:abstractNumId w:val="4"/>
  </w:num>
  <w:num w:numId="5" w16cid:durableId="1905290017">
    <w:abstractNumId w:val="7"/>
  </w:num>
  <w:num w:numId="6" w16cid:durableId="1352074241">
    <w:abstractNumId w:val="3"/>
  </w:num>
  <w:num w:numId="7" w16cid:durableId="790519975">
    <w:abstractNumId w:val="2"/>
  </w:num>
  <w:num w:numId="8" w16cid:durableId="25713294">
    <w:abstractNumId w:val="1"/>
  </w:num>
  <w:num w:numId="9" w16cid:durableId="186051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374"/>
    <w:rsid w:val="0015074B"/>
    <w:rsid w:val="00291B72"/>
    <w:rsid w:val="0029639D"/>
    <w:rsid w:val="00326F90"/>
    <w:rsid w:val="00396881"/>
    <w:rsid w:val="0046388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99C07F"/>
  <w14:defaultImageDpi w14:val="300"/>
  <w15:docId w15:val="{775BAB17-3785-4854-8794-8B375931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eastAsia="游ゴシック" w:hAnsi="游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142</Words>
  <Characters>814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實金 達也</cp:lastModifiedBy>
  <cp:revision>2</cp:revision>
  <dcterms:created xsi:type="dcterms:W3CDTF">2013-12-23T23:15:00Z</dcterms:created>
  <dcterms:modified xsi:type="dcterms:W3CDTF">2026-08-31T10:06:00Z</dcterms:modified>
  <cp:category/>
</cp:coreProperties>
</file>